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right"/>
      </w:pPr>
      <w:r>
        <w:rPr>
          <w:b w:val="0"/>
        </w:rPr>
        <w:t>[November 2, 2026]</w:t>
      </w:r>
    </w:p>
    <w:p>
      <w:pPr>
        <w:spacing w:after="320"/>
        <w:jc w:val="left"/>
      </w:pPr>
      <w:r>
        <w:rPr>
          <w:b/>
          <w:sz w:val="23"/>
        </w:rPr>
        <w:t>To: [Consulate-General of Japan in Ho Chi Minh City]</w:t>
      </w:r>
    </w:p>
    <w:p>
      <w:pPr>
        <w:spacing w:after="280"/>
        <w:jc w:val="center"/>
      </w:pPr>
      <w:r>
        <w:rPr>
          <w:b/>
          <w:sz w:val="30"/>
        </w:rPr>
        <w:t>LETTER OF INVITATION</w:t>
      </w:r>
    </w:p>
    <w:p>
      <w:pPr>
        <w:spacing w:after="200"/>
        <w:jc w:val="left"/>
      </w:pPr>
      <w:r>
        <w:rPr>
          <w:b w:val="0"/>
        </w:rPr>
        <w:t>I respectfully submit the following statement of reasons for inviting the person named below to Japan.</w:t>
      </w:r>
    </w:p>
    <w:p>
      <w:pPr>
        <w:spacing w:after="40"/>
        <w:jc w:val="left"/>
      </w:pPr>
      <w:r>
        <w:rPr>
          <w:b/>
        </w:rPr>
        <w:t>1. Applicant</w:t>
      </w:r>
    </w:p>
    <w:p>
      <w:pPr>
        <w:spacing w:after="160"/>
        <w:jc w:val="left"/>
      </w:pPr>
      <w:r>
        <w:rPr>
          <w:b w:val="0"/>
        </w:rPr>
        <w:t>Full name (passport): [NGUYEN VAN AN]</w:t>
        <w:br/>
      </w:r>
      <w:r>
        <w:rPr>
          <w:b w:val="0"/>
        </w:rPr>
        <w:t>Gender: [Male]</w:t>
        <w:br/>
      </w:r>
      <w:r>
        <w:rPr>
          <w:b w:val="0"/>
        </w:rPr>
        <w:t>Nationality: [Viet Nam]</w:t>
        <w:br/>
      </w:r>
      <w:r>
        <w:rPr>
          <w:b w:val="0"/>
        </w:rPr>
        <w:t>Date of birth: [August 21, 1990]</w:t>
        <w:br/>
      </w:r>
      <w:r>
        <w:rPr>
          <w:b w:val="0"/>
        </w:rPr>
        <w:t>Occupation: [Software Engineer]</w:t>
        <w:br/>
      </w:r>
      <w:r>
        <w:rPr>
          <w:b w:val="0"/>
        </w:rPr>
        <w:t>Home address: [123 Le Loi Street, Ho Chi Minh City, Viet Nam]</w:t>
        <w:br/>
      </w:r>
      <w:r>
        <w:rPr>
          <w:b w:val="0"/>
        </w:rPr>
        <w:t>Passport number: [C1234567]</w:t>
        <w:br/>
      </w:r>
      <w:r>
        <w:rPr>
          <w:b w:val="0"/>
        </w:rPr>
        <w:t>Relationship to the inviter: [Lead engineer at our software development contractor]</w:t>
      </w:r>
    </w:p>
    <w:p>
      <w:pPr>
        <w:spacing w:after="40"/>
        <w:jc w:val="left"/>
      </w:pPr>
      <w:r>
        <w:rPr>
          <w:b/>
        </w:rPr>
        <w:t>2. Purpose and schedule</w:t>
      </w:r>
    </w:p>
    <w:p>
      <w:pPr>
        <w:spacing w:after="160"/>
        <w:jc w:val="left"/>
      </w:pPr>
      <w:r>
        <w:rPr>
          <w:b w:val="0"/>
        </w:rPr>
        <w:t>Purpose of the visit: To attend review meetings on integration test results at our Tokyo head office from [December 8 to 10, 2026].</w:t>
        <w:br/>
      </w:r>
      <w:r>
        <w:rPr>
          <w:b w:val="0"/>
        </w:rPr>
        <w:t>Planned arrival: [December 7, 2026]   Planned departure: [December 12, 2026] ([5 nights / 6 days])</w:t>
        <w:br/>
      </w:r>
      <w:r>
        <w:rPr>
          <w:b w:val="0"/>
        </w:rPr>
        <w:t>Expenses: [The inviter (our side) will cover all expenses during the stay.]</w:t>
      </w:r>
    </w:p>
    <w:p>
      <w:pPr>
        <w:spacing w:after="40"/>
        <w:jc w:val="left"/>
      </w:pPr>
      <w:r>
        <w:rPr>
          <w:b/>
        </w:rPr>
        <w:t>3. Relationship and background</w:t>
      </w:r>
    </w:p>
    <w:p>
      <w:pPr>
        <w:spacing w:after="160"/>
        <w:jc w:val="left"/>
      </w:pPr>
      <w:r>
        <w:rPr>
          <w:b w:val="0"/>
        </w:rPr>
        <w:t>Since [April 2023], our company has worked with [XYZ Technology Co., Ltd.] under a software development agreement. The applicant, their lead engineer, has joined our meetings online. We are inviting the applicant to confirm the final specifications in person before delivery in [March 2027].</w:t>
      </w:r>
    </w:p>
    <w:p>
      <w:pPr>
        <w:spacing w:after="40"/>
        <w:jc w:val="left"/>
      </w:pPr>
      <w:r>
        <w:rPr>
          <w:b/>
        </w:rPr>
        <w:t>4. Reason for the invitation</w:t>
      </w:r>
    </w:p>
    <w:p>
      <w:pPr>
        <w:spacing w:after="160"/>
        <w:jc w:val="left"/>
      </w:pPr>
      <w:r>
        <w:rPr>
          <w:b w:val="0"/>
        </w:rPr>
        <w:t>[Finalizing the specifications and reviewing the integration test results require in-person discussion. As the technical lead, the applicant can resolve design issues directly with our team, which keeps delivery on schedule.]</w:t>
      </w:r>
    </w:p>
    <w:p>
      <w:pPr>
        <w:spacing w:after="40"/>
        <w:jc w:val="left"/>
      </w:pPr>
      <w:r>
        <w:rPr>
          <w:b/>
        </w:rPr>
        <w:t>5. The inviter's undertaking</w:t>
      </w:r>
    </w:p>
    <w:p>
      <w:pPr>
        <w:spacing w:after="160"/>
        <w:jc w:val="left"/>
      </w:pPr>
      <w:r>
        <w:rPr>
          <w:b w:val="0"/>
        </w:rPr>
        <w:t>As the inviter, I undertake to ensure that the applicant leaves Japan by the planned departure date and abides by Japanese laws throughout the stay. If any issue arises during the applicant's stay, the inviter will respond in good faith.</w:t>
      </w:r>
    </w:p>
    <w:p>
      <w:pPr>
        <w:spacing w:after="280"/>
        <w:jc w:val="left"/>
      </w:pPr>
      <w:r>
        <w:rPr>
          <w:b w:val="0"/>
        </w:rPr>
        <w:t>I respectfully request your favorable consideration of the visa application.</w:t>
      </w:r>
    </w:p>
    <w:p>
      <w:pPr>
        <w:spacing w:after="160"/>
        <w:jc w:val="right"/>
      </w:pPr>
      <w:r>
        <w:rPr>
          <w:b w:val="0"/>
        </w:rPr>
        <w:t>[Inviter]</w:t>
        <w:br/>
      </w:r>
      <w:r>
        <w:rPr>
          <w:b w:val="0"/>
        </w:rPr>
        <w:t>[1-1-1 Marunouchi, Chiyoda-ku, Tokyo 100-0005, Japan]</w:t>
        <w:br/>
      </w:r>
      <w:r>
        <w:rPr>
          <w:b w:val="0"/>
        </w:rPr>
        <w:t>[Sample Corporation]</w:t>
        <w:br/>
      </w:r>
      <w:r>
        <w:rPr>
          <w:b w:val="0"/>
        </w:rPr>
        <w:t>[Hanako Yamada, Representative Director]</w:t>
        <w:br/>
      </w:r>
      <w:r>
        <w:rPr>
          <w:b w:val="0"/>
        </w:rPr>
        <w:t>Business: [Software development services]</w:t>
        <w:br/>
      </w:r>
      <w:r>
        <w:rPr>
          <w:b w:val="0"/>
        </w:rPr>
        <w:t>Tel: [+81-3-1234-5678] / Email: [hr@example.co.jp]</w:t>
        <w:br/>
      </w:r>
      <w:r>
        <w:rPr>
          <w:b w:val="0"/>
        </w:rPr>
        <w:br/>
      </w:r>
      <w:r>
        <w:rPr>
          <w:b w:val="0"/>
        </w:rPr>
        <w:t>Signature  ____________________</w:t>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36" w:lineRule="auto"/>
    </w:pPr>
    <w:rPr>
      <w:rFonts w:ascii="Georgia" w:hAnsi="Georgia"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Invitation</dc:title>
  <dc:subject/>
  <dc:creator>SaiyouTeam（採用チーム）</dc:creator>
  <cp:keywords/>
  <dc:description>https://www.saiyouteam.com/jp/playbook/visa-immigration/letter-of-invitation/</dc:description>
  <cp:lastModifiedBy/>
  <cp:revision>1</cp:revision>
  <dcterms:created xsi:type="dcterms:W3CDTF">2013-12-23T23:15:00Z</dcterms:created>
  <dcterms:modified xsi:type="dcterms:W3CDTF">2013-12-23T23:15:00Z</dcterms:modified>
  <cp:category/>
</cp:coreProperties>
</file>