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right"/>
      </w:pPr>
      <w:r>
        <w:rPr>
          <w:b w:val="0"/>
        </w:rPr>
        <w:t>〔2026年3月10日〕</w:t>
      </w:r>
    </w:p>
    <w:p>
      <w:pPr>
        <w:spacing w:after="280"/>
        <w:jc w:val="left"/>
      </w:pPr>
      <w:r>
        <w:rPr>
          <w:b w:val="0"/>
        </w:rPr>
        <w:t>〔株式会社サンプル〕</w:t>
        <w:br/>
      </w:r>
      <w:r>
        <w:rPr>
          <w:b w:val="0"/>
        </w:rPr>
        <w:t>〔人事部　田中 二郎〕様</w:t>
      </w:r>
    </w:p>
    <w:p>
      <w:pPr>
        <w:spacing w:after="440"/>
        <w:jc w:val="right"/>
      </w:pPr>
      <w:r>
        <w:rPr>
          <w:b w:val="0"/>
        </w:rPr>
        <w:t>〒〔150-0001〕</w:t>
        <w:br/>
      </w:r>
      <w:r>
        <w:rPr>
          <w:b w:val="0"/>
        </w:rPr>
        <w:t>〔東京都渋谷区神宮前2-3-4〕</w:t>
        <w:br/>
      </w:r>
      <w:r>
        <w:rPr>
          <w:b w:val="0"/>
        </w:rPr>
        <w:t>〔鈴木 一郎〕</w:t>
        <w:br/>
      </w:r>
      <w:r>
        <w:rPr>
          <w:b w:val="0"/>
        </w:rPr>
        <w:t>TEL：〔090-1234-5678〕</w:t>
        <w:br/>
      </w:r>
      <w:r>
        <w:rPr>
          <w:b w:val="0"/>
        </w:rPr>
        <w:t>メール：〔ichiro@example.com〕</w:t>
      </w:r>
    </w:p>
    <w:p>
      <w:pPr>
        <w:spacing w:after="360"/>
        <w:jc w:val="center"/>
      </w:pPr>
      <w:r>
        <w:rPr>
          <w:b/>
          <w:sz w:val="28"/>
        </w:rPr>
        <w:t>入社書類の送付について</w:t>
      </w:r>
    </w:p>
    <w:p>
      <w:pPr>
        <w:spacing w:after="200"/>
        <w:jc w:val="left"/>
      </w:pPr>
      <w:r>
        <w:rPr>
          <w:b w:val="0"/>
        </w:rPr>
        <w:t>拝啓　時下ますますご清栄のこととお慶び申し上げます。</w:t>
        <w:br/>
      </w:r>
      <w:r>
        <w:rPr>
          <w:b w:val="0"/>
        </w:rPr>
        <w:t>このたびは採用のご連絡をいただき、誠にありがとうございました。</w:t>
        <w:br/>
      </w:r>
      <w:r>
        <w:rPr>
          <w:b w:val="0"/>
        </w:rPr>
        <w:t>ご依頼いただきました入社書類を下記のとおりお送りいたします。ご査収のほどよろしくお願い申し上げます。</w:t>
        <w:br/>
      </w:r>
      <w:r>
        <w:rPr>
          <w:b w:val="0"/>
        </w:rPr>
        <w:t>入社後は一日も早く貴社に貢献できるよう努めてまいります。今後ともご指導のほど、よろしくお願い申し上げます。</w:t>
      </w:r>
    </w:p>
    <w:p>
      <w:pPr>
        <w:spacing w:after="280"/>
        <w:jc w:val="right"/>
      </w:pPr>
      <w:r>
        <w:rPr>
          <w:b w:val="0"/>
        </w:rPr>
        <w:t>敬具</w:t>
      </w:r>
    </w:p>
    <w:p>
      <w:pPr>
        <w:spacing w:after="200"/>
        <w:jc w:val="center"/>
      </w:pPr>
      <w:r>
        <w:rPr>
          <w:b w:val="0"/>
        </w:rPr>
        <w:t>記</w:t>
      </w:r>
    </w:p>
    <w:p>
      <w:pPr>
        <w:spacing w:after="200"/>
        <w:jc w:val="left"/>
      </w:pPr>
      <w:r>
        <w:rPr>
          <w:b w:val="0"/>
        </w:rPr>
        <w:t>・入社誓約書　1部</w:t>
        <w:br/>
      </w:r>
      <w:r>
        <w:rPr>
          <w:b w:val="0"/>
        </w:rPr>
        <w:t>・身元保証書　1部</w:t>
        <w:br/>
      </w:r>
      <w:r>
        <w:rPr>
          <w:b w:val="0"/>
        </w:rPr>
        <w:t>・給与振込口座届　1部</w:t>
        <w:br/>
      </w:r>
      <w:r>
        <w:rPr>
          <w:b w:val="0"/>
        </w:rPr>
        <w:t>・給与所得者の扶養控除等（異動）申告書　1部</w:t>
      </w:r>
    </w:p>
    <w:p>
      <w:pPr>
        <w:spacing w:after="200"/>
        <w:jc w:val="right"/>
      </w:pPr>
      <w:r>
        <w:rPr>
          <w:b w:val="0"/>
        </w:rPr>
        <w:t>以上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360" w:lineRule="auto"/>
    </w:pPr>
    <w:rPr>
      <w:rFonts w:ascii="游明朝" w:hAnsi="游明朝" w:eastAsia="游明朝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入社書類 添え状（返送用）</dc:title>
  <dc:subject/>
  <dc:creator>SaiyouTeam（採用チーム）</dc:creator>
  <cp:keywords/>
  <dc:description>https://www.saiyouteam.com/jp/playbook/hr-operations/onboarding/joining-package-cover-letter/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