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b w:val="0"/>
        </w:rPr>
        <w:t>〔2026年3月1日〕</w:t>
      </w:r>
    </w:p>
    <w:p>
      <w:pPr>
        <w:spacing w:after="280"/>
        <w:jc w:val="left"/>
      </w:pPr>
      <w:r>
        <w:rPr>
          <w:b w:val="0"/>
        </w:rPr>
        <w:t>〔鈴木 一郎〕様</w:t>
      </w:r>
    </w:p>
    <w:p>
      <w:pPr>
        <w:spacing w:after="440"/>
        <w:jc w:val="right"/>
      </w:pPr>
      <w:r>
        <w:rPr>
          <w:b w:val="0"/>
        </w:rPr>
        <w:t>〒〔100-0005〕〔東京都千代田区丸の内1-1-1〕</w:t>
        <w:br/>
      </w:r>
      <w:r>
        <w:rPr>
          <w:b w:val="0"/>
        </w:rPr>
        <w:t>〔株式会社サンプル〕</w:t>
        <w:br/>
      </w:r>
      <w:r>
        <w:rPr>
          <w:b w:val="0"/>
        </w:rPr>
        <w:t>〔人事部　田中 二郎〕</w:t>
        <w:br/>
      </w:r>
      <w:r>
        <w:rPr>
          <w:b w:val="0"/>
        </w:rPr>
        <w:t>TEL：〔03-1234-5678〕</w:t>
      </w:r>
    </w:p>
    <w:p>
      <w:pPr>
        <w:spacing w:after="360"/>
        <w:jc w:val="center"/>
      </w:pPr>
      <w:r>
        <w:rPr>
          <w:b/>
          <w:sz w:val="28"/>
        </w:rPr>
        <w:t>入社書類送付のご案内</w:t>
      </w:r>
    </w:p>
    <w:p>
      <w:pPr>
        <w:spacing w:after="200"/>
        <w:jc w:val="left"/>
      </w:pPr>
      <w:r>
        <w:rPr>
          <w:b w:val="0"/>
        </w:rPr>
        <w:t>拝啓　時下ますますご清栄のこととお慶び申し上げます。</w:t>
        <w:br/>
      </w:r>
      <w:r>
        <w:rPr>
          <w:b w:val="0"/>
        </w:rPr>
        <w:t>このたびは当社へのご入社を決めていただき、誠にありがとうございます。〔4月1日〕のご入社に向けて、入社手続き書類を下記のとおりお送りいたします。</w:t>
        <w:br/>
      </w:r>
      <w:r>
        <w:rPr>
          <w:b w:val="0"/>
        </w:rPr>
        <w:t>お手数ですが、返送が必要な書類にご記入のうえ、〔3月20日〕までに同封の返信用封筒でご返送ください。</w:t>
      </w:r>
    </w:p>
    <w:p>
      <w:pPr>
        <w:spacing w:after="280"/>
        <w:jc w:val="right"/>
      </w:pPr>
      <w:r>
        <w:rPr>
          <w:b w:val="0"/>
        </w:rPr>
        <w:t>敬具</w:t>
      </w:r>
    </w:p>
    <w:p>
      <w:pPr>
        <w:spacing w:after="200"/>
        <w:jc w:val="center"/>
      </w:pPr>
      <w:r>
        <w:rPr>
          <w:b w:val="0"/>
        </w:rPr>
        <w:t>記</w:t>
      </w:r>
    </w:p>
    <w:p>
      <w:pPr>
        <w:spacing w:after="200"/>
        <w:jc w:val="left"/>
      </w:pPr>
      <w:r>
        <w:rPr>
          <w:b w:val="0"/>
        </w:rPr>
        <w:t>・入社案内書　1部</w:t>
        <w:br/>
      </w:r>
      <w:r>
        <w:rPr>
          <w:b w:val="0"/>
        </w:rPr>
        <w:t>・入社前提出書類リスト　1部</w:t>
        <w:br/>
      </w:r>
      <w:r>
        <w:rPr>
          <w:b w:val="0"/>
        </w:rPr>
        <w:t>・入社誓約書（返送用）　1部</w:t>
        <w:br/>
      </w:r>
      <w:r>
        <w:rPr>
          <w:b w:val="0"/>
        </w:rPr>
        <w:t>・返信用封筒　1枚</w:t>
      </w:r>
    </w:p>
    <w:p>
      <w:pPr>
        <w:spacing w:after="20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入社書類送付状（会社から入社者へ）</dc:title>
  <dc:subject/>
  <dc:creator>SaiyouTeam（採用チーム）</dc:creator>
  <cp:keywords/>
  <dc:description>https://www.saiyouteam.com/jp/playbook/hr-operations/onboarding/joining-package-cover-letter/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