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right"/>
      </w:pPr>
      <w:r>
        <w:rPr>
          <w:b w:val="0"/>
        </w:rPr>
        <w:t>〔2026年11月2日〕</w:t>
      </w:r>
    </w:p>
    <w:p>
      <w:pPr>
        <w:spacing w:after="320"/>
        <w:jc w:val="left"/>
      </w:pPr>
      <w:r>
        <w:rPr>
          <w:b/>
          <w:sz w:val="23"/>
        </w:rPr>
        <w:t>〔在フィリピン日本国大使館〕　御中</w:t>
      </w:r>
    </w:p>
    <w:p>
      <w:pPr>
        <w:spacing w:after="280"/>
        <w:jc w:val="center"/>
      </w:pPr>
      <w:r>
        <w:rPr>
          <w:b/>
          <w:sz w:val="30"/>
        </w:rPr>
        <w:t>招へい理由書</w:t>
      </w:r>
    </w:p>
    <w:p>
      <w:pPr>
        <w:spacing w:after="200"/>
        <w:jc w:val="left"/>
      </w:pPr>
      <w:r>
        <w:rPr>
          <w:b w:val="0"/>
        </w:rPr>
        <w:t>下記の者を招へいするに至った理由について、以下のとおり申し上げます。</w:t>
      </w:r>
    </w:p>
    <w:p>
      <w:pPr>
        <w:spacing w:after="200"/>
        <w:jc w:val="center"/>
      </w:pPr>
      <w:r>
        <w:rPr>
          <w:b w:val="0"/>
        </w:rPr>
        <w:t>記</w:t>
      </w:r>
    </w:p>
    <w:p>
      <w:pPr>
        <w:spacing w:after="40"/>
        <w:jc w:val="left"/>
      </w:pPr>
      <w:r>
        <w:rPr>
          <w:b/>
        </w:rPr>
        <w:t>1. 申請人</w:t>
      </w:r>
    </w:p>
    <w:p>
      <w:pPr>
        <w:spacing w:after="160"/>
        <w:jc w:val="left"/>
      </w:pPr>
      <w:r>
        <w:rPr>
          <w:b w:val="0"/>
        </w:rPr>
        <w:t>氏名（旅券表記）：〔MARIA SANTOS DELA CRUZ〕</w:t>
        <w:br/>
      </w:r>
      <w:r>
        <w:rPr>
          <w:b w:val="0"/>
        </w:rPr>
        <w:t>性別：〔女性〕</w:t>
        <w:br/>
      </w:r>
      <w:r>
        <w:rPr>
          <w:b w:val="0"/>
        </w:rPr>
        <w:t>国籍：〔フィリピン〕</w:t>
        <w:br/>
      </w:r>
      <w:r>
        <w:rPr>
          <w:b w:val="0"/>
        </w:rPr>
        <w:t>生年月日：〔1965年4月10日〕</w:t>
        <w:br/>
      </w:r>
      <w:r>
        <w:rPr>
          <w:b w:val="0"/>
        </w:rPr>
        <w:t>職業：〔無職〕</w:t>
        <w:br/>
      </w:r>
      <w:r>
        <w:rPr>
          <w:b w:val="0"/>
        </w:rPr>
        <w:t>現住所：〔〇〇 Street, Quezon City, Philippines〕</w:t>
        <w:br/>
      </w:r>
      <w:r>
        <w:rPr>
          <w:b w:val="0"/>
        </w:rPr>
        <w:t>旅券番号：〔P1234567A〕</w:t>
        <w:br/>
      </w:r>
      <w:r>
        <w:rPr>
          <w:b w:val="0"/>
        </w:rPr>
        <w:t>招へい人との関係：〔妻の母〕</w:t>
      </w:r>
    </w:p>
    <w:p>
      <w:pPr>
        <w:spacing w:after="40"/>
        <w:jc w:val="left"/>
      </w:pPr>
      <w:r>
        <w:rPr>
          <w:b/>
        </w:rPr>
        <w:t>2. 招へい目的・滞在予定</w:t>
      </w:r>
    </w:p>
    <w:p>
      <w:pPr>
        <w:spacing w:after="160"/>
        <w:jc w:val="left"/>
      </w:pPr>
      <w:r>
        <w:rPr>
          <w:b w:val="0"/>
        </w:rPr>
        <w:t>招へい目的：〔2027年1月〕に予定している妻の出産に際し、申請人（妻の母）に出産前後の生活を手伝ってもらい、初孫に会ってもらうため。</w:t>
        <w:br/>
      </w:r>
      <w:r>
        <w:rPr>
          <w:b w:val="0"/>
        </w:rPr>
        <w:t>入国予定日：〔2026年12月20日〕　出国予定日：〔2027年2月28日〕（〔70泊71日〕）</w:t>
        <w:br/>
      </w:r>
      <w:r>
        <w:rPr>
          <w:b w:val="0"/>
        </w:rPr>
        <w:t>滞在費の負担：〔招へい人（当方）が全額を負担します〕</w:t>
        <w:br/>
      </w:r>
      <w:r>
        <w:rPr>
          <w:b w:val="0"/>
        </w:rPr>
        <w:t>滞在中の予定：〔別添の滞在予定表のとおり〕</w:t>
      </w:r>
    </w:p>
    <w:p>
      <w:pPr>
        <w:spacing w:after="40"/>
        <w:jc w:val="left"/>
      </w:pPr>
      <w:r>
        <w:rPr>
          <w:b/>
        </w:rPr>
        <w:t>3. 申請人との関係・招へい経緯</w:t>
      </w:r>
    </w:p>
    <w:p>
      <w:pPr>
        <w:spacing w:after="160"/>
        <w:jc w:val="left"/>
      </w:pPr>
      <w:r>
        <w:rPr>
          <w:b w:val="0"/>
        </w:rPr>
        <w:t>私は〔2019年〕に申請人の長女と結婚し、〔東京都〕で暮らしています。妻は〔2027年1月〕に第一子を出産する予定です。日本に頼れる親族がいないため、出産の前後に義母に来日してもらい、家族で新生児を迎えたいと考え、招へいすることにしました。</w:t>
      </w:r>
    </w:p>
    <w:p>
      <w:pPr>
        <w:spacing w:after="40"/>
        <w:jc w:val="left"/>
      </w:pPr>
      <w:r>
        <w:rPr>
          <w:b/>
        </w:rPr>
        <w:t>4. 招へい理由</w:t>
      </w:r>
    </w:p>
    <w:p>
      <w:pPr>
        <w:spacing w:after="160"/>
        <w:jc w:val="left"/>
      </w:pPr>
      <w:r>
        <w:rPr>
          <w:b w:val="0"/>
        </w:rPr>
        <w:t>〔出産前後の家事と育児を手伝ってもらい、家族で新生児を迎えるためです。滞在中の住居は招へい人の自宅です。〕</w:t>
      </w:r>
    </w:p>
    <w:p>
      <w:pPr>
        <w:spacing w:after="40"/>
        <w:jc w:val="left"/>
      </w:pPr>
      <w:r>
        <w:rPr>
          <w:b/>
        </w:rPr>
        <w:t>5. 招へい人による誓約</w:t>
      </w:r>
    </w:p>
    <w:p>
      <w:pPr>
        <w:spacing w:after="160"/>
        <w:jc w:val="left"/>
      </w:pPr>
      <w:r>
        <w:rPr>
          <w:b w:val="0"/>
        </w:rPr>
        <w:t>招へい人として、申請人が予定の出国日までに出国し、滞在中は日本の法令を遵守するよう責任をもって対応することを誓約いたします。万一、申請人の滞在中に問題が生じた場合は、招へい人が誠意をもって対応いたします。</w:t>
      </w:r>
    </w:p>
    <w:p>
      <w:pPr>
        <w:spacing w:after="120"/>
        <w:jc w:val="left"/>
      </w:pPr>
      <w:r>
        <w:rPr>
          <w:b w:val="0"/>
        </w:rPr>
        <w:t>以上につき、査証の発給についてご高配を賜りますようお願い申し上げます。</w:t>
      </w:r>
    </w:p>
    <w:p>
      <w:pPr>
        <w:spacing w:after="280"/>
        <w:jc w:val="right"/>
      </w:pPr>
      <w:r>
        <w:rPr>
          <w:b/>
        </w:rPr>
        <w:t>以上</w:t>
      </w:r>
    </w:p>
    <w:p>
      <w:pPr>
        <w:spacing w:after="160"/>
        <w:jc w:val="right"/>
      </w:pPr>
      <w:r>
        <w:rPr>
          <w:b w:val="0"/>
        </w:rPr>
        <w:t>【招へい人】</w:t>
        <w:br/>
      </w:r>
      <w:r>
        <w:rPr>
          <w:b w:val="0"/>
        </w:rPr>
        <w:t>〔〒150-0001 東京都渋谷区神宮前2-3-4〕</w:t>
        <w:br/>
      </w:r>
      <w:r>
        <w:rPr>
          <w:b w:val="0"/>
        </w:rPr>
        <w:t>〔田中 太郎〕</w:t>
        <w:br/>
      </w:r>
      <w:r>
        <w:rPr>
          <w:b w:val="0"/>
        </w:rPr>
        <w:t>職業：〔会社員〕</w:t>
        <w:br/>
      </w:r>
      <w:r>
        <w:rPr>
          <w:b w:val="0"/>
        </w:rPr>
        <w:t>TEL：〔090-1234-5678〕　/　メール：〔taro@example.com〕</w:t>
        <w:br/>
      </w:r>
      <w:r>
        <w:rPr>
          <w:b w:val="0"/>
        </w:rPr>
        <w:br/>
      </w:r>
      <w:r>
        <w:rPr>
          <w:b w:val="0"/>
        </w:rPr>
        <w:t>署名　＿＿＿＿＿＿＿＿＿＿＿＿</w:t>
      </w:r>
    </w:p>
    <w:sectPr w:rsidR="00FC693F" w:rsidRPr="0006063C" w:rsidSect="00034616">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36" w:lineRule="auto"/>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招へい理由書（親族訪問）</dc:title>
  <dc:subject/>
  <dc:creator>SaiyouTeam（採用チーム）</dc:creator>
  <cp:keywords/>
  <dc:description>https://www.saiyouteam.com/jp/playbook/visa-immigration/letter-of-invitation/</dc:description>
  <cp:lastModifiedBy/>
  <cp:revision>1</cp:revision>
  <dcterms:created xsi:type="dcterms:W3CDTF">2013-12-23T23:15:00Z</dcterms:created>
  <dcterms:modified xsi:type="dcterms:W3CDTF">2013-12-23T23:15:00Z</dcterms:modified>
  <cp:category/>
</cp:coreProperties>
</file>