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right"/>
      </w:pPr>
      <w:r>
        <w:rPr>
          <w:b w:val="0"/>
        </w:rPr>
        <w:t>〔2026年11月2日〕</w:t>
      </w:r>
    </w:p>
    <w:p>
      <w:pPr>
        <w:spacing w:after="320"/>
        <w:jc w:val="left"/>
      </w:pPr>
      <w:r>
        <w:rPr>
          <w:b/>
          <w:sz w:val="23"/>
        </w:rPr>
        <w:t>〔在ホーチミン日本国総領事館〕　御中</w:t>
      </w:r>
    </w:p>
    <w:p>
      <w:pPr>
        <w:spacing w:after="280"/>
        <w:jc w:val="center"/>
      </w:pPr>
      <w:r>
        <w:rPr>
          <w:b/>
          <w:sz w:val="30"/>
        </w:rPr>
        <w:t>招へい理由書</w:t>
      </w:r>
    </w:p>
    <w:p>
      <w:pPr>
        <w:spacing w:after="200"/>
        <w:jc w:val="left"/>
      </w:pPr>
      <w:r>
        <w:rPr>
          <w:b w:val="0"/>
        </w:rPr>
        <w:t>下記の者を招へいするに至った理由について、以下のとおり申し上げます。</w:t>
      </w:r>
    </w:p>
    <w:p>
      <w:pPr>
        <w:spacing w:after="200"/>
        <w:jc w:val="center"/>
      </w:pPr>
      <w:r>
        <w:rPr>
          <w:b w:val="0"/>
        </w:rPr>
        <w:t>記</w:t>
      </w:r>
    </w:p>
    <w:p>
      <w:pPr>
        <w:spacing w:after="40"/>
        <w:jc w:val="left"/>
      </w:pPr>
      <w:r>
        <w:rPr>
          <w:b/>
        </w:rPr>
        <w:t>1. 申請人</w:t>
      </w:r>
    </w:p>
    <w:p>
      <w:pPr>
        <w:spacing w:after="160"/>
        <w:jc w:val="left"/>
      </w:pPr>
      <w:r>
        <w:rPr>
          <w:b w:val="0"/>
        </w:rPr>
        <w:t>氏名（旅券表記）：〔NGUYEN VAN AN〕</w:t>
        <w:br/>
      </w:r>
      <w:r>
        <w:rPr>
          <w:b w:val="0"/>
        </w:rPr>
        <w:t>性別：〔男性〕</w:t>
        <w:br/>
      </w:r>
      <w:r>
        <w:rPr>
          <w:b w:val="0"/>
        </w:rPr>
        <w:t>国籍：〔ベトナム〕</w:t>
        <w:br/>
      </w:r>
      <w:r>
        <w:rPr>
          <w:b w:val="0"/>
        </w:rPr>
        <w:t>生年月日：〔1990年8月21日〕</w:t>
        <w:br/>
      </w:r>
      <w:r>
        <w:rPr>
          <w:b w:val="0"/>
        </w:rPr>
        <w:t>職業：〔ソフトウェアエンジニア〕</w:t>
        <w:br/>
      </w:r>
      <w:r>
        <w:rPr>
          <w:b w:val="0"/>
        </w:rPr>
        <w:t>現住所：〔123 Le Loi Street, Ho Chi Minh City, Viet Nam〕</w:t>
        <w:br/>
      </w:r>
      <w:r>
        <w:rPr>
          <w:b w:val="0"/>
        </w:rPr>
        <w:t>旅券番号：〔C1234567〕</w:t>
        <w:br/>
      </w:r>
      <w:r>
        <w:rPr>
          <w:b w:val="0"/>
        </w:rPr>
        <w:t>招へい人との関係：〔業務委託先の主任エンジニア〕</w:t>
      </w:r>
    </w:p>
    <w:p>
      <w:pPr>
        <w:spacing w:after="40"/>
        <w:jc w:val="left"/>
      </w:pPr>
      <w:r>
        <w:rPr>
          <w:b/>
        </w:rPr>
        <w:t>2. 招へい目的・滞在予定</w:t>
      </w:r>
    </w:p>
    <w:p>
      <w:pPr>
        <w:spacing w:after="160"/>
        <w:jc w:val="left"/>
      </w:pPr>
      <w:r>
        <w:rPr>
          <w:b w:val="0"/>
        </w:rPr>
        <w:t>招へい目的：〔2026年12月8日から10日〕に当社東京本社で行う、受託開発システムの統合テスト結果のレビュー会議に出席していただくため。</w:t>
        <w:br/>
      </w:r>
      <w:r>
        <w:rPr>
          <w:b w:val="0"/>
        </w:rPr>
        <w:t>入国予定日：〔2026年12月7日〕　出国予定日：〔2026年12月12日〕（〔5泊6日〕）</w:t>
        <w:br/>
      </w:r>
      <w:r>
        <w:rPr>
          <w:b w:val="0"/>
        </w:rPr>
        <w:t>滞在費の負担：〔招へい人（当方）が全額を負担します〕</w:t>
        <w:br/>
      </w:r>
      <w:r>
        <w:rPr>
          <w:b w:val="0"/>
        </w:rPr>
        <w:t>滞在中の予定：</w:t>
        <w:br/>
      </w:r>
      <w:r>
        <w:rPr>
          <w:b w:val="0"/>
        </w:rPr>
        <w:t>〔12月7日：来日、当社東京本社にて仕様確認の打合せ〕</w:t>
        <w:br/>
      </w:r>
      <w:r>
        <w:rPr>
          <w:b w:val="0"/>
        </w:rPr>
        <w:t>〔12月8日～12月10日：統合テスト結果のレビュー会議（東京本社）〕</w:t>
        <w:br/>
      </w:r>
      <w:r>
        <w:rPr>
          <w:b w:val="0"/>
        </w:rPr>
        <w:t>〔12月11日：次期開発計画の協議〕</w:t>
        <w:br/>
      </w:r>
      <w:r>
        <w:rPr>
          <w:b w:val="0"/>
        </w:rPr>
        <w:t>〔12月12日：帰国〕</w:t>
      </w:r>
    </w:p>
    <w:p>
      <w:pPr>
        <w:spacing w:after="40"/>
        <w:jc w:val="left"/>
      </w:pPr>
      <w:r>
        <w:rPr>
          <w:b/>
        </w:rPr>
        <w:t>3. 申請人との関係・招へい経緯</w:t>
      </w:r>
    </w:p>
    <w:p>
      <w:pPr>
        <w:spacing w:after="160"/>
        <w:jc w:val="left"/>
      </w:pPr>
      <w:r>
        <w:rPr>
          <w:b w:val="0"/>
        </w:rPr>
        <w:t>当社は〔2023年4月〕から〔XYZ Technology社〕とソフトウェア開発の業務委託契約を結んでいます。申請人は同社の主任エンジニアとして本案件を担当し、これまではオンラインで打合せをしてきました。〔2027年3月〕の納品に向けて仕様の最終確認を対面で行う必要があるため、今回招へいすることにしました。</w:t>
      </w:r>
    </w:p>
    <w:p>
      <w:pPr>
        <w:spacing w:after="40"/>
        <w:jc w:val="left"/>
      </w:pPr>
      <w:r>
        <w:rPr>
          <w:b/>
        </w:rPr>
        <w:t>4. 招へい理由</w:t>
      </w:r>
    </w:p>
    <w:p>
      <w:pPr>
        <w:spacing w:after="160"/>
        <w:jc w:val="left"/>
      </w:pPr>
      <w:r>
        <w:rPr>
          <w:b w:val="0"/>
        </w:rPr>
        <w:t>〔最終仕様の確定と統合テスト結果の確認には対面での協議が欠かせません。申請人は本案件の技術面の責任者であり、当社開発チームと直接協議することで、予定どおりの納品につなげることができます。〕</w:t>
      </w:r>
    </w:p>
    <w:p>
      <w:pPr>
        <w:spacing w:after="40"/>
        <w:jc w:val="left"/>
      </w:pPr>
      <w:r>
        <w:rPr>
          <w:b/>
        </w:rPr>
        <w:t>5. 招へい人による誓約</w:t>
      </w:r>
    </w:p>
    <w:p>
      <w:pPr>
        <w:spacing w:after="160"/>
        <w:jc w:val="left"/>
      </w:pPr>
      <w:r>
        <w:rPr>
          <w:b w:val="0"/>
        </w:rPr>
        <w:t>招へい人として、申請人が予定の出国日までに出国し、滞在中は日本の法令を遵守するよう責任をもって対応することを誓約いたします。万一、申請人の滞在中に問題が生じた場合は、招へい人が誠意をもって対応いたします。</w:t>
      </w:r>
    </w:p>
    <w:p>
      <w:pPr>
        <w:spacing w:after="120"/>
        <w:jc w:val="left"/>
      </w:pPr>
      <w:r>
        <w:rPr>
          <w:b w:val="0"/>
        </w:rPr>
        <w:t>以上につき、査証の発給についてご高配を賜りますようお願い申し上げます。</w:t>
      </w:r>
    </w:p>
    <w:p>
      <w:pPr>
        <w:spacing w:after="280"/>
        <w:jc w:val="right"/>
      </w:pPr>
      <w:r>
        <w:rPr>
          <w:b/>
        </w:rPr>
        <w:t>以上</w:t>
      </w:r>
    </w:p>
    <w:p>
      <w:pPr>
        <w:spacing w:after="160"/>
        <w:jc w:val="right"/>
      </w:pPr>
      <w:r>
        <w:rPr>
          <w:b w:val="0"/>
        </w:rPr>
        <w:t>【招へい人】</w:t>
        <w:br/>
      </w:r>
      <w:r>
        <w:rPr>
          <w:b w:val="0"/>
        </w:rPr>
        <w:t>〔〒100-0005 東京都千代田区丸の内1-1-1〕</w:t>
        <w:br/>
      </w:r>
      <w:r>
        <w:rPr>
          <w:b w:val="0"/>
        </w:rPr>
        <w:t>〔株式会社サンプル〕</w:t>
        <w:br/>
      </w:r>
      <w:r>
        <w:rPr>
          <w:b w:val="0"/>
        </w:rPr>
        <w:t>〔代表取締役 山田 花子〕</w:t>
        <w:br/>
      </w:r>
      <w:r>
        <w:rPr>
          <w:b w:val="0"/>
        </w:rPr>
        <w:t>事業内容：〔ソフトウェア開発・受託〕</w:t>
        <w:br/>
      </w:r>
      <w:r>
        <w:rPr>
          <w:b w:val="0"/>
        </w:rPr>
        <w:t>TEL：〔03-1234-5678〕　/　メール：〔hr@example.co.jp〕</w:t>
        <w:br/>
      </w:r>
      <w:r>
        <w:rPr>
          <w:b w:val="0"/>
        </w:rPr>
        <w:br/>
      </w:r>
      <w:r>
        <w:rPr>
          <w:b w:val="0"/>
        </w:rPr>
        <w:t>署名　＿＿＿＿＿＿＿＿＿＿＿＿</w:t>
      </w:r>
    </w:p>
    <w:sectPr w:rsidR="00FC693F" w:rsidRPr="0006063C" w:rsidSect="00034616">
      <w:pgSz w:w="11906" w:h="16838"/>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336" w:lineRule="auto"/>
    </w:pPr>
    <w:rPr>
      <w:rFonts w:ascii="游明朝" w:hAnsi="游明朝" w:eastAsia="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招へい理由書（短期商用）</dc:title>
  <dc:subject/>
  <dc:creator>SaiyouTeam（採用チーム）</dc:creator>
  <cp:keywords/>
  <dc:description>https://www.saiyouteam.com/jp/playbook/visa-immigration/letter-of-invitation/</dc:description>
  <cp:lastModifiedBy/>
  <cp:revision>1</cp:revision>
  <dcterms:created xsi:type="dcterms:W3CDTF">2013-12-23T23:15:00Z</dcterms:created>
  <dcterms:modified xsi:type="dcterms:W3CDTF">2013-12-23T23:15:00Z</dcterms:modified>
  <cp:category/>
</cp:coreProperties>
</file>